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D53E8" w14:textId="39E77BF3" w:rsidR="001C1467" w:rsidRDefault="00000000">
      <w:pPr>
        <w:jc w:val="right"/>
      </w:pPr>
      <w:r>
        <w:t>年　　月　　日</w:t>
      </w:r>
    </w:p>
    <w:p w14:paraId="1238B769" w14:textId="77777777" w:rsidR="001C1467" w:rsidRDefault="00000000">
      <w:pPr>
        <w:spacing w:after="0"/>
        <w:ind w:left="283"/>
        <w:rPr>
          <w:lang w:eastAsia="ja-JP"/>
        </w:rPr>
      </w:pPr>
      <w:r>
        <w:rPr>
          <w:lang w:eastAsia="ja-JP"/>
        </w:rPr>
        <w:t>(一社) 沖縄県高圧ガス保安協会　行き</w:t>
      </w:r>
    </w:p>
    <w:p w14:paraId="24E0FF9A" w14:textId="77777777" w:rsidR="001C1467" w:rsidRDefault="00000000">
      <w:pPr>
        <w:spacing w:after="560"/>
        <w:ind w:left="567"/>
      </w:pPr>
      <w:r>
        <w:t>FAX ０９８－８５８－９５６４</w:t>
      </w:r>
    </w:p>
    <w:p w14:paraId="66BA8338" w14:textId="77777777" w:rsidR="001C1467" w:rsidRDefault="00000000">
      <w:pPr>
        <w:spacing w:after="900"/>
        <w:jc w:val="center"/>
      </w:pPr>
      <w:r>
        <w:rPr>
          <w:b/>
          <w:sz w:val="44"/>
        </w:rPr>
        <w:t>会員名簿修正票</w:t>
      </w:r>
    </w:p>
    <w:p w14:paraId="1C48F81A" w14:textId="77777777" w:rsidR="001C1467" w:rsidRDefault="00000000">
      <w:pPr>
        <w:spacing w:after="280"/>
        <w:ind w:right="3855"/>
        <w:jc w:val="right"/>
      </w:pPr>
      <w:r>
        <w:t>事業所名</w:t>
      </w:r>
      <w:r>
        <w:br/>
        <w:t>担当者名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7370"/>
      </w:tblGrid>
      <w:tr w:rsidR="001C1467" w14:paraId="34CD1C02" w14:textId="77777777">
        <w:trPr>
          <w:trHeight w:hRule="exact" w:val="1446"/>
          <w:jc w:val="center"/>
        </w:trPr>
        <w:tc>
          <w:tcPr>
            <w:tcW w:w="266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62C17B" w14:textId="77777777" w:rsidR="001C1467" w:rsidRDefault="00000000">
            <w:pPr>
              <w:spacing w:after="0" w:line="240" w:lineRule="auto"/>
              <w:jc w:val="center"/>
            </w:pPr>
            <w:r>
              <w:t>名　　称</w:t>
            </w:r>
          </w:p>
        </w:tc>
        <w:tc>
          <w:tcPr>
            <w:tcW w:w="737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562D4" w14:textId="77777777" w:rsidR="001C1467" w:rsidRDefault="001C1467">
            <w:pPr>
              <w:spacing w:after="0" w:line="240" w:lineRule="auto"/>
              <w:jc w:val="center"/>
            </w:pPr>
          </w:p>
        </w:tc>
      </w:tr>
      <w:tr w:rsidR="001C1467" w14:paraId="5D56D1D0" w14:textId="77777777">
        <w:trPr>
          <w:trHeight w:hRule="exact" w:val="1446"/>
          <w:jc w:val="center"/>
        </w:trPr>
        <w:tc>
          <w:tcPr>
            <w:tcW w:w="266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84D05" w14:textId="77777777" w:rsidR="001C1467" w:rsidRDefault="00000000">
            <w:pPr>
              <w:spacing w:after="0" w:line="240" w:lineRule="auto"/>
              <w:jc w:val="center"/>
            </w:pPr>
            <w:r>
              <w:t>所　在　地</w:t>
            </w:r>
          </w:p>
        </w:tc>
        <w:tc>
          <w:tcPr>
            <w:tcW w:w="737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6F9FEB" w14:textId="77777777" w:rsidR="001C1467" w:rsidRDefault="001C1467">
            <w:pPr>
              <w:spacing w:after="0" w:line="240" w:lineRule="auto"/>
              <w:jc w:val="center"/>
            </w:pPr>
          </w:p>
        </w:tc>
      </w:tr>
      <w:tr w:rsidR="001C1467" w14:paraId="05A18A2C" w14:textId="77777777">
        <w:trPr>
          <w:trHeight w:hRule="exact" w:val="1446"/>
          <w:jc w:val="center"/>
        </w:trPr>
        <w:tc>
          <w:tcPr>
            <w:tcW w:w="266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BF16D" w14:textId="77777777" w:rsidR="001C1467" w:rsidRDefault="00000000">
            <w:pPr>
              <w:spacing w:after="0" w:line="240" w:lineRule="auto"/>
              <w:jc w:val="center"/>
            </w:pPr>
            <w:r>
              <w:t>代表者名</w:t>
            </w:r>
          </w:p>
        </w:tc>
        <w:tc>
          <w:tcPr>
            <w:tcW w:w="737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9CCC5" w14:textId="77777777" w:rsidR="001C1467" w:rsidRDefault="001C1467">
            <w:pPr>
              <w:spacing w:after="0" w:line="240" w:lineRule="auto"/>
              <w:jc w:val="center"/>
            </w:pPr>
          </w:p>
        </w:tc>
      </w:tr>
      <w:tr w:rsidR="001C1467" w14:paraId="3B2F9C94" w14:textId="77777777">
        <w:trPr>
          <w:trHeight w:hRule="exact" w:val="1446"/>
          <w:jc w:val="center"/>
        </w:trPr>
        <w:tc>
          <w:tcPr>
            <w:tcW w:w="266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E5CFA" w14:textId="77777777" w:rsidR="001C1467" w:rsidRDefault="00000000">
            <w:pPr>
              <w:spacing w:after="0" w:line="240" w:lineRule="auto"/>
              <w:jc w:val="center"/>
            </w:pPr>
            <w:r>
              <w:t>電話番号</w:t>
            </w:r>
          </w:p>
        </w:tc>
        <w:tc>
          <w:tcPr>
            <w:tcW w:w="737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1B5FD" w14:textId="77777777" w:rsidR="001C1467" w:rsidRDefault="001C1467">
            <w:pPr>
              <w:spacing w:after="0" w:line="240" w:lineRule="auto"/>
              <w:jc w:val="center"/>
            </w:pPr>
          </w:p>
        </w:tc>
      </w:tr>
      <w:tr w:rsidR="001C1467" w14:paraId="0F22DDB9" w14:textId="77777777">
        <w:trPr>
          <w:trHeight w:hRule="exact" w:val="1446"/>
          <w:jc w:val="center"/>
        </w:trPr>
        <w:tc>
          <w:tcPr>
            <w:tcW w:w="266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6A25F" w14:textId="77777777" w:rsidR="001C1467" w:rsidRDefault="00000000">
            <w:pPr>
              <w:spacing w:after="0" w:line="240" w:lineRule="auto"/>
              <w:jc w:val="center"/>
            </w:pPr>
            <w:r>
              <w:t>ＦＡＸ番号</w:t>
            </w:r>
          </w:p>
        </w:tc>
        <w:tc>
          <w:tcPr>
            <w:tcW w:w="737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DFF0BA" w14:textId="77777777" w:rsidR="001C1467" w:rsidRDefault="001C1467">
            <w:pPr>
              <w:spacing w:after="0" w:line="240" w:lineRule="auto"/>
              <w:jc w:val="center"/>
            </w:pPr>
          </w:p>
        </w:tc>
      </w:tr>
    </w:tbl>
    <w:p w14:paraId="47A0C6FE" w14:textId="77777777" w:rsidR="001C1467" w:rsidRDefault="00000000">
      <w:pPr>
        <w:spacing w:before="160" w:after="0"/>
        <w:jc w:val="center"/>
        <w:rPr>
          <w:lang w:eastAsia="ja-JP"/>
        </w:rPr>
      </w:pPr>
      <w:r>
        <w:rPr>
          <w:lang w:eastAsia="ja-JP"/>
        </w:rPr>
        <w:t>※修正項目のみご記入下さい。</w:t>
      </w:r>
    </w:p>
    <w:sectPr w:rsidR="001C1467" w:rsidSect="00034616">
      <w:pgSz w:w="11906" w:h="16838"/>
      <w:pgMar w:top="1134" w:right="102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7223301">
    <w:abstractNumId w:val="8"/>
  </w:num>
  <w:num w:numId="2" w16cid:durableId="1151213732">
    <w:abstractNumId w:val="6"/>
  </w:num>
  <w:num w:numId="3" w16cid:durableId="1235621494">
    <w:abstractNumId w:val="5"/>
  </w:num>
  <w:num w:numId="4" w16cid:durableId="1817063478">
    <w:abstractNumId w:val="4"/>
  </w:num>
  <w:num w:numId="5" w16cid:durableId="1277563297">
    <w:abstractNumId w:val="7"/>
  </w:num>
  <w:num w:numId="6" w16cid:durableId="1357003868">
    <w:abstractNumId w:val="3"/>
  </w:num>
  <w:num w:numId="7" w16cid:durableId="1586259651">
    <w:abstractNumId w:val="2"/>
  </w:num>
  <w:num w:numId="8" w16cid:durableId="2103649096">
    <w:abstractNumId w:val="1"/>
  </w:num>
  <w:num w:numId="9" w16cid:durableId="1718163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1467"/>
    <w:rsid w:val="0029639D"/>
    <w:rsid w:val="00326F90"/>
    <w:rsid w:val="00857ABD"/>
    <w:rsid w:val="00AA1D8D"/>
    <w:rsid w:val="00B47730"/>
    <w:rsid w:val="00CB0664"/>
    <w:rsid w:val="00E670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C75A04"/>
  <w14:defaultImageDpi w14:val="300"/>
  <w15:docId w15:val="{E871174B-01FD-4BBC-AA9C-D6DC6C68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小橋川（一社）沖縄県高圧ガス保安協会</cp:lastModifiedBy>
  <cp:revision>2</cp:revision>
  <dcterms:created xsi:type="dcterms:W3CDTF">2026-10-02T06:47:00Z</dcterms:created>
  <dcterms:modified xsi:type="dcterms:W3CDTF">2026-10-02T06:47:00Z</dcterms:modified>
  <cp:category/>
</cp:coreProperties>
</file>